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5954"/>
        <w:gridCol w:w="1302"/>
      </w:tblGrid>
      <w:tr w:rsidR="003B4780" w:rsidRPr="00C57F28" w:rsidTr="00A332FE">
        <w:tc>
          <w:tcPr>
            <w:tcW w:w="1384" w:type="dxa"/>
            <w:vAlign w:val="center"/>
          </w:tcPr>
          <w:p w:rsidR="003B4780" w:rsidRPr="00C57F28" w:rsidRDefault="00AE78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57F2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62579" cy="798083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405" cy="80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Align w:val="center"/>
          </w:tcPr>
          <w:p w:rsidR="003B4780" w:rsidRPr="00C57F28" w:rsidRDefault="00AE78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4C7D">
              <w:rPr>
                <w:rFonts w:ascii="Times New Roman" w:hAnsi="Times New Roman" w:cs="Times New Roman"/>
                <w:b/>
              </w:rPr>
              <w:t>Bridging the Gap in OMFS: Innovations and Challenges in TMJ Disorders and Orthognathic Surgery</w:t>
            </w:r>
            <w:r w:rsidRPr="00C57F28">
              <w:rPr>
                <w:rFonts w:ascii="Times New Roman" w:hAnsi="Times New Roman" w:cs="Times New Roman"/>
                <w:b/>
                <w:sz w:val="26"/>
              </w:rPr>
              <w:br/>
              <w:t>Abstract Submission Form</w:t>
            </w:r>
          </w:p>
        </w:tc>
        <w:tc>
          <w:tcPr>
            <w:tcW w:w="1302" w:type="dxa"/>
            <w:vAlign w:val="center"/>
          </w:tcPr>
          <w:p w:rsidR="003B4780" w:rsidRPr="00C57F28" w:rsidRDefault="00A332FE" w:rsidP="00A332FE">
            <w:pPr>
              <w:spacing w:after="0"/>
              <w:rPr>
                <w:rFonts w:ascii="Times New Roman" w:hAnsi="Times New Roman" w:cs="Times New Roman"/>
              </w:rPr>
            </w:pPr>
            <w:r w:rsidRPr="00C57F2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-832485</wp:posOffset>
                  </wp:positionV>
                  <wp:extent cx="805180" cy="844550"/>
                  <wp:effectExtent l="0" t="0" r="0" b="635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2_croppe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18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B4780" w:rsidRPr="00C57F28" w:rsidRDefault="003B4780">
      <w:pPr>
        <w:rPr>
          <w:rFonts w:ascii="Times New Roman" w:hAnsi="Times New Roman" w:cs="Times New Roman"/>
        </w:rPr>
      </w:pPr>
    </w:p>
    <w:p w:rsidR="003B4780" w:rsidRPr="00C57F28" w:rsidRDefault="00AE787C">
      <w:pPr>
        <w:jc w:val="center"/>
        <w:rPr>
          <w:rFonts w:ascii="Times New Roman" w:hAnsi="Times New Roman" w:cs="Times New Roman"/>
          <w:sz w:val="20"/>
          <w:szCs w:val="20"/>
        </w:rPr>
      </w:pPr>
      <w:r w:rsidRPr="00C57F28">
        <w:rPr>
          <w:rFonts w:ascii="Times New Roman" w:hAnsi="Times New Roman" w:cs="Times New Roman"/>
          <w:sz w:val="20"/>
          <w:szCs w:val="20"/>
        </w:rPr>
        <w:t>Please complete this form and email it to cs5011@csmu.edu.tw by October 15, 2026, 12:00 PM (Noon).</w:t>
      </w:r>
    </w:p>
    <w:tbl>
      <w:tblPr>
        <w:tblStyle w:val="aff2"/>
        <w:tblpPr w:leftFromText="180" w:rightFromText="180" w:vertAnchor="text" w:horzAnchor="margin" w:tblpY="55"/>
        <w:tblW w:w="9360" w:type="dxa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64253B" w:rsidRPr="00C57F28" w:rsidTr="0064253B">
        <w:tc>
          <w:tcPr>
            <w:tcW w:w="2592" w:type="dxa"/>
          </w:tcPr>
          <w:p w:rsidR="0064253B" w:rsidRPr="00024C7D" w:rsidRDefault="0064253B" w:rsidP="0064253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024C7D">
              <w:rPr>
                <w:rFonts w:ascii="Times New Roman" w:hAnsi="Times New Roman" w:cs="Times New Roman"/>
                <w:color w:val="000000" w:themeColor="text1"/>
              </w:rPr>
              <w:t>First Name</w:t>
            </w:r>
          </w:p>
        </w:tc>
        <w:tc>
          <w:tcPr>
            <w:tcW w:w="6768" w:type="dxa"/>
          </w:tcPr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4253B" w:rsidRPr="00C57F28" w:rsidTr="0064253B">
        <w:tc>
          <w:tcPr>
            <w:tcW w:w="2592" w:type="dxa"/>
          </w:tcPr>
          <w:p w:rsidR="0064253B" w:rsidRPr="00024C7D" w:rsidRDefault="0064253B" w:rsidP="0064253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024C7D">
              <w:rPr>
                <w:rFonts w:ascii="Times New Roman" w:hAnsi="Times New Roman" w:cs="Times New Roman"/>
                <w:color w:val="000000" w:themeColor="text1"/>
              </w:rPr>
              <w:t>Last Name</w:t>
            </w:r>
          </w:p>
        </w:tc>
        <w:tc>
          <w:tcPr>
            <w:tcW w:w="6768" w:type="dxa"/>
          </w:tcPr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4253B" w:rsidRPr="00C57F28" w:rsidTr="0064253B">
        <w:tc>
          <w:tcPr>
            <w:tcW w:w="2592" w:type="dxa"/>
          </w:tcPr>
          <w:p w:rsidR="0064253B" w:rsidRPr="00024C7D" w:rsidRDefault="0064253B" w:rsidP="0064253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024C7D">
              <w:rPr>
                <w:rFonts w:ascii="Times New Roman" w:hAnsi="Times New Roman" w:cs="Times New Roman"/>
                <w:color w:val="000000" w:themeColor="text1"/>
              </w:rPr>
              <w:t>Abstract Title</w:t>
            </w:r>
          </w:p>
        </w:tc>
        <w:tc>
          <w:tcPr>
            <w:tcW w:w="6768" w:type="dxa"/>
          </w:tcPr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4253B" w:rsidRPr="00C57F28" w:rsidTr="0064253B">
        <w:tc>
          <w:tcPr>
            <w:tcW w:w="2592" w:type="dxa"/>
          </w:tcPr>
          <w:p w:rsidR="0064253B" w:rsidRPr="00024C7D" w:rsidRDefault="0064253B" w:rsidP="0064253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024C7D">
              <w:rPr>
                <w:rFonts w:ascii="Times New Roman" w:hAnsi="Times New Roman" w:cs="Times New Roman"/>
                <w:color w:val="000000" w:themeColor="text1"/>
              </w:rPr>
              <w:t>Authors</w:t>
            </w:r>
            <w:r w:rsidRPr="00024C7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024C7D">
              <w:rPr>
                <w:rFonts w:ascii="Times New Roman" w:hAnsi="Times New Roman" w:cs="Times New Roman"/>
                <w:color w:val="000000" w:themeColor="text1"/>
                <w:sz w:val="18"/>
              </w:rPr>
              <w:t>Maximum of 10 authors. Please underline the presenting author.</w:t>
            </w:r>
          </w:p>
        </w:tc>
        <w:tc>
          <w:tcPr>
            <w:tcW w:w="6768" w:type="dxa"/>
          </w:tcPr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4253B" w:rsidRPr="00C57F28" w:rsidTr="0064253B">
        <w:tc>
          <w:tcPr>
            <w:tcW w:w="2592" w:type="dxa"/>
          </w:tcPr>
          <w:p w:rsidR="0064253B" w:rsidRPr="00024C7D" w:rsidRDefault="0064253B" w:rsidP="0064253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024C7D">
              <w:rPr>
                <w:rFonts w:ascii="Times New Roman" w:hAnsi="Times New Roman" w:cs="Times New Roman"/>
                <w:color w:val="000000" w:themeColor="text1"/>
              </w:rPr>
              <w:t>Affiliations</w:t>
            </w:r>
            <w:r w:rsidRPr="00024C7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024C7D">
              <w:rPr>
                <w:rFonts w:ascii="Times New Roman" w:hAnsi="Times New Roman" w:cs="Times New Roman"/>
                <w:color w:val="000000" w:themeColor="text1"/>
                <w:sz w:val="18"/>
              </w:rPr>
              <w:t>Maximum of 10 affiliations. Must include department, institution/hospital, and country.</w:t>
            </w:r>
          </w:p>
        </w:tc>
        <w:tc>
          <w:tcPr>
            <w:tcW w:w="6768" w:type="dxa"/>
          </w:tcPr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4253B" w:rsidRPr="00C57F28" w:rsidTr="0064253B">
        <w:tc>
          <w:tcPr>
            <w:tcW w:w="9360" w:type="dxa"/>
            <w:gridSpan w:val="2"/>
          </w:tcPr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  <w:r w:rsidRPr="00C57F28">
              <w:rPr>
                <w:rFonts w:ascii="Times New Roman" w:hAnsi="Times New Roman" w:cs="Times New Roman"/>
                <w:b/>
              </w:rPr>
              <w:t>Abstract Body</w:t>
            </w:r>
            <w:r w:rsidRPr="00C57F28">
              <w:rPr>
                <w:rFonts w:ascii="Times New Roman" w:hAnsi="Times New Roman" w:cs="Times New Roman"/>
                <w:b/>
              </w:rPr>
              <w:br/>
            </w:r>
            <w:r w:rsidRPr="00C57F28">
              <w:rPr>
                <w:rFonts w:ascii="Times New Roman" w:hAnsi="Times New Roman" w:cs="Times New Roman"/>
                <w:color w:val="808080"/>
                <w:sz w:val="18"/>
              </w:rPr>
              <w:t>Max 400 words. Must NOT include tables, images, or references.</w:t>
            </w:r>
          </w:p>
        </w:tc>
      </w:tr>
      <w:tr w:rsidR="0064253B" w:rsidRPr="00C57F28" w:rsidTr="0064253B">
        <w:tc>
          <w:tcPr>
            <w:tcW w:w="9360" w:type="dxa"/>
            <w:gridSpan w:val="2"/>
          </w:tcPr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  <w:r w:rsidRPr="0064253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[ Please type your abstract here</w:t>
            </w:r>
            <w:proofErr w:type="gramStart"/>
            <w:r w:rsidRPr="0064253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... ]</w:t>
            </w:r>
            <w:proofErr w:type="gramEnd"/>
            <w:r w:rsidRPr="0064253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br/>
            </w:r>
            <w:r w:rsidRPr="0064253B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br/>
            </w:r>
            <w:r w:rsidRPr="0064253B">
              <w:rPr>
                <w:rFonts w:ascii="Times New Roman" w:hAnsi="Times New Roman" w:cs="Times New Roman"/>
              </w:rPr>
              <w:br/>
            </w:r>
            <w:r w:rsidRPr="0064253B">
              <w:rPr>
                <w:rFonts w:ascii="Times New Roman" w:hAnsi="Times New Roman" w:cs="Times New Roman"/>
              </w:rPr>
              <w:br/>
            </w:r>
          </w:p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:rsidR="0064253B" w:rsidRPr="0064253B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:rsidR="0064253B" w:rsidRPr="00C57F28" w:rsidRDefault="0064253B" w:rsidP="0064253B">
            <w:pPr>
              <w:spacing w:before="120" w:after="120"/>
              <w:rPr>
                <w:rFonts w:ascii="Times New Roman" w:hAnsi="Times New Roman" w:cs="Times New Roman"/>
              </w:rPr>
            </w:pPr>
            <w:r w:rsidRPr="0064253B">
              <w:rPr>
                <w:rFonts w:ascii="Times New Roman" w:hAnsi="Times New Roman" w:cs="Times New Roman"/>
              </w:rPr>
              <w:br/>
            </w:r>
            <w:r w:rsidRPr="0064253B">
              <w:rPr>
                <w:rFonts w:ascii="Times New Roman" w:hAnsi="Times New Roman" w:cs="Times New Roman"/>
              </w:rPr>
              <w:br/>
            </w:r>
            <w:r w:rsidRPr="0064253B">
              <w:rPr>
                <w:rFonts w:ascii="Times New Roman" w:hAnsi="Times New Roman" w:cs="Times New Roman"/>
              </w:rPr>
              <w:br/>
            </w:r>
            <w:r w:rsidRPr="0064253B">
              <w:rPr>
                <w:rFonts w:ascii="Times New Roman" w:hAnsi="Times New Roman" w:cs="Times New Roman"/>
              </w:rPr>
              <w:br/>
            </w:r>
            <w:bookmarkStart w:id="0" w:name="_GoBack"/>
            <w:bookmarkEnd w:id="0"/>
          </w:p>
        </w:tc>
      </w:tr>
    </w:tbl>
    <w:p w:rsidR="00AE787C" w:rsidRPr="00C57F28" w:rsidRDefault="00AE787C">
      <w:pPr>
        <w:rPr>
          <w:rFonts w:ascii="Times New Roman" w:hAnsi="Times New Roman" w:cs="Times New Roman"/>
        </w:rPr>
      </w:pPr>
    </w:p>
    <w:sectPr w:rsidR="00AE787C" w:rsidRPr="00C57F2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67F" w:rsidRDefault="0009267F" w:rsidP="003348FD">
      <w:pPr>
        <w:spacing w:after="0" w:line="240" w:lineRule="auto"/>
      </w:pPr>
      <w:r>
        <w:separator/>
      </w:r>
    </w:p>
  </w:endnote>
  <w:endnote w:type="continuationSeparator" w:id="0">
    <w:p w:rsidR="0009267F" w:rsidRDefault="0009267F" w:rsidP="0033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67F" w:rsidRDefault="0009267F" w:rsidP="003348FD">
      <w:pPr>
        <w:spacing w:after="0" w:line="240" w:lineRule="auto"/>
      </w:pPr>
      <w:r>
        <w:separator/>
      </w:r>
    </w:p>
  </w:footnote>
  <w:footnote w:type="continuationSeparator" w:id="0">
    <w:p w:rsidR="0009267F" w:rsidRDefault="0009267F" w:rsidP="00334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C7D"/>
    <w:rsid w:val="00034616"/>
    <w:rsid w:val="0006063C"/>
    <w:rsid w:val="0009267F"/>
    <w:rsid w:val="0015074B"/>
    <w:rsid w:val="0029639D"/>
    <w:rsid w:val="00326F90"/>
    <w:rsid w:val="003348FD"/>
    <w:rsid w:val="003B4780"/>
    <w:rsid w:val="0064253B"/>
    <w:rsid w:val="00A332FE"/>
    <w:rsid w:val="00AA1D8D"/>
    <w:rsid w:val="00AE787C"/>
    <w:rsid w:val="00B47730"/>
    <w:rsid w:val="00B86DDE"/>
    <w:rsid w:val="00C57F2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91F8FD"/>
  <w14:defaultImageDpi w14:val="300"/>
  <w15:docId w15:val="{B2BF9C0E-6D3F-FD4A-A283-F683E6F1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5DD001-4DB7-486B-932B-C4EC3ECC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2026-09-14T08:25:00Z</dcterms:created>
  <dcterms:modified xsi:type="dcterms:W3CDTF">2026-09-15T00:58:00Z</dcterms:modified>
  <cp:category/>
</cp:coreProperties>
</file>